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Functional Specification Document</w:t>
      </w:r>
    </w:p>
    <w:p>
      <w:pPr>
        <w:pStyle w:val="Heading2"/>
      </w:pPr>
      <w:r>
        <w:t>1. General Information</w:t>
      </w:r>
    </w:p>
    <w:p>
      <w:r>
        <w:br/>
        <w:t>- Project Name: 매출 세금계산서 자동 생성</w:t>
        <w:br/>
        <w:t>- Document Version: v1.0</w:t>
        <w:br/>
        <w:t>- Prepared by: 명진</w:t>
        <w:br/>
        <w:t>- Date: 2024-12-30</w:t>
        <w:br/>
        <w:t>- SAP System: S/4HANA 2021</w:t>
        <w:br/>
        <w:t>- Module: FI (Financial Accounting)</w:t>
        <w:br/>
        <w:t>- Related T-Codes: FB60, FB03</w:t>
        <w:br/>
        <w:t>- Related Objects: ZFI_TAX_INVOICE_GENERATE</w:t>
        <w:br/>
      </w:r>
    </w:p>
    <w:p>
      <w:pPr>
        <w:pStyle w:val="Heading2"/>
      </w:pPr>
      <w:r>
        <w:t>2. Background and Objective</w:t>
      </w:r>
    </w:p>
    <w:p>
      <w:pPr>
        <w:pStyle w:val="Heading3"/>
      </w:pPr>
      <w:r>
        <w:t>2.1 Business Requirement</w:t>
      </w:r>
    </w:p>
    <w:p>
      <w:r>
        <w:br/>
        <w:t>현재 매출 세금계산서 생성은 수작업으로 이루어지고 있으며, 이로 인해 데이터 오류 및 처리 지연이 빈번합니다. 매출 데이터를 기반으로 세금계산서를 자동으로 생성하고 이를 고객에게 이메일로 발송하는 기능이 필요합니다.</w:t>
        <w:br/>
      </w:r>
    </w:p>
    <w:p>
      <w:pPr>
        <w:pStyle w:val="Heading3"/>
      </w:pPr>
      <w:r>
        <w:t>2.2 Objective</w:t>
      </w:r>
    </w:p>
    <w:p>
      <w:r>
        <w:br/>
        <w:t>1. 매출 데이터에서 세금계산서를 자동 생성.</w:t>
        <w:br/>
        <w:t>2. 생성된 세금계산서를 PDF로 저장.</w:t>
        <w:br/>
        <w:t>3. PDF 파일을 고객 이메일로 자동 발송.</w:t>
        <w:br/>
      </w:r>
    </w:p>
    <w:p>
      <w:pPr>
        <w:pStyle w:val="Heading2"/>
      </w:pPr>
      <w:r>
        <w:t>3. Current Process</w:t>
      </w:r>
    </w:p>
    <w:p>
      <w:r>
        <w:br/>
        <w:t>1. 매출 데이터는 SAP에서 수동으로 확인.</w:t>
        <w:br/>
        <w:t>2. 확인된 데이터를 Excel로 내보내어 세금계산서를 생성.</w:t>
        <w:br/>
        <w:t>3. 생성된 세금계산서를 PDF로 변환 후 이메일 발송.</w:t>
        <w:br/>
      </w:r>
    </w:p>
    <w:p>
      <w:pPr>
        <w:pStyle w:val="Heading2"/>
      </w:pPr>
      <w:r>
        <w:t>4. Functional Requirements</w:t>
      </w:r>
    </w:p>
    <w:p>
      <w:pPr>
        <w:pStyle w:val="Heading3"/>
      </w:pPr>
      <w:r>
        <w:t>4.1 Overview</w:t>
      </w:r>
    </w:p>
    <w:p>
      <w:r>
        <w:br/>
        <w:t>1. Input: 매출 문서 번호 (FI 문서)</w:t>
        <w:br/>
        <w:t>2. Output: PDF 세금계산서 및 이메일 전송 결과</w:t>
        <w:br/>
      </w:r>
    </w:p>
    <w:p>
      <w:pPr>
        <w:pStyle w:val="Heading3"/>
      </w:pPr>
      <w:r>
        <w:t>4.2 Detailed Requirements</w:t>
      </w:r>
    </w:p>
    <w:p>
      <w:pPr>
        <w:pStyle w:val="Heading4"/>
      </w:pPr>
      <w:r>
        <w:t>4.2.1 Input Details</w:t>
      </w:r>
    </w:p>
    <w:p>
      <w:r>
        <w:br/>
        <w:t>- 매출 데이터 테이블: BSEG, BKPF</w:t>
        <w:br/>
        <w:t>- 필드 정보:</w:t>
        <w:br/>
        <w:t xml:space="preserve">  - BSEG-HKONT (계정 번호)</w:t>
        <w:br/>
        <w:t xml:space="preserve">  - BKPF-BELNR (문서 번호)</w:t>
        <w:br/>
      </w:r>
    </w:p>
    <w:p>
      <w:pPr>
        <w:pStyle w:val="Heading4"/>
      </w:pPr>
      <w:r>
        <w:t>4.2.2 Processing Logic</w:t>
      </w:r>
    </w:p>
    <w:p>
      <w:r>
        <w:br/>
        <w:t>1. 매출 데이터를 BSEG/BKPF에서 조회.</w:t>
        <w:br/>
        <w:t>2. 고객 정보를 KNA1에서 매핑.</w:t>
        <w:br/>
        <w:t>3. 세금계산서 PDF 생성:</w:t>
        <w:br/>
        <w:t xml:space="preserve">   - PDF 템플릿: /ZPDF_TEMPLATES/TAX_INVOICE.PDF</w:t>
        <w:br/>
        <w:t>4. 이메일 발송:</w:t>
        <w:br/>
        <w:t xml:space="preserve">   - 수신 이메일 주소: ADR6-SMTP_ADDR (고객 이메일)</w:t>
        <w:br/>
      </w:r>
    </w:p>
    <w:p>
      <w:pPr>
        <w:pStyle w:val="Heading4"/>
      </w:pPr>
      <w:r>
        <w:t>4.2.3 Output Details</w:t>
      </w:r>
    </w:p>
    <w:p>
      <w:r>
        <w:br/>
        <w:t>- PDF 파일 저장 경로: /usr/sap/attachments/tax_invoices/</w:t>
        <w:br/>
        <w:t>- 이메일 발송 결과:</w:t>
        <w:br/>
        <w:t xml:space="preserve">  - 성공: "메일 발송 성공"</w:t>
        <w:br/>
        <w:t xml:space="preserve">  - 실패: "메일 발송 실패"</w:t>
        <w:br/>
      </w:r>
    </w:p>
    <w:p>
      <w:pPr>
        <w:pStyle w:val="Heading3"/>
      </w:pPr>
      <w:r>
        <w:t>4.3 UI/Screen Changes</w:t>
      </w:r>
    </w:p>
    <w:p>
      <w:r>
        <w:br/>
        <w:t>- FB60에 "세금계산서 생성" 버튼 추가.</w:t>
        <w:br/>
        <w:t>- "문서 번호"를 입력하면 해당 세금계산서 미리 보기 팝업 표시.</w:t>
        <w:br/>
      </w:r>
    </w:p>
    <w:p>
      <w:pPr>
        <w:pStyle w:val="Heading2"/>
      </w:pPr>
      <w:r>
        <w:t>5. Exception Handling</w:t>
      </w:r>
    </w:p>
    <w:p>
      <w:r>
        <w:br/>
        <w:t>1. 입력 데이터 누락:</w:t>
        <w:br/>
        <w:t xml:space="preserve">   - 에러 메시지: "문서 번호를 입력하세요."</w:t>
        <w:br/>
        <w:t>2. PDF 생성 실패:</w:t>
        <w:br/>
        <w:t xml:space="preserve">   - 에러 메시지: "PDF 생성 중 오류가 발생했습니다."</w:t>
        <w:br/>
        <w:t>3. 이메일 발송 실패:</w:t>
        <w:br/>
        <w:t xml:space="preserve">   - 에러 메시지: "이메일 주소가 유효하지 않습니다."</w:t>
        <w:br/>
      </w:r>
    </w:p>
    <w:p>
      <w:pPr>
        <w:pStyle w:val="Heading2"/>
      </w:pPr>
      <w:r>
        <w:t>6. Test Scenarios</w:t>
      </w:r>
    </w:p>
    <w:p>
      <w:r>
        <w:br/>
        <w:t>| Test Case ID | Description             | Input Data          | Expected Result        |</w:t>
        <w:br/>
        <w:t>|--------------|-------------------------|---------------------|------------------------|</w:t>
        <w:br/>
        <w:t>| TC001        | 정상 데이터 처리 테스트 | 문서 번호: 12345    | 세금계산서 PDF 생성 성공 |</w:t>
        <w:br/>
        <w:t>| TC002        | 고객 이메일 누락 테스트 | 문서 번호: 54321    | "이메일 발송 실패" 메시지 |</w:t>
        <w:br/>
        <w:t>| TC003        | 잘못된 문서 번호 테스트 | 문서 번호: 99999    | "문서 번호를 찾을 수 없음" |</w:t>
        <w:br/>
      </w:r>
    </w:p>
    <w:p>
      <w:pPr>
        <w:pStyle w:val="Heading2"/>
      </w:pPr>
      <w:r>
        <w:t>7. Technical Information</w:t>
      </w:r>
    </w:p>
    <w:p>
      <w:pPr>
        <w:pStyle w:val="Heading3"/>
      </w:pPr>
      <w:r>
        <w:t>7.1 Tables and Fields</w:t>
      </w:r>
    </w:p>
    <w:p>
      <w:r>
        <w:br/>
        <w:t>- Primary Tables:</w:t>
        <w:br/>
        <w:t xml:space="preserve">  - BSEG: FI 매출 문서 데이터</w:t>
        <w:br/>
        <w:t xml:space="preserve">  - BKPF: 문서 헤더 데이터</w:t>
        <w:br/>
        <w:t xml:space="preserve">  - KNA1: 고객 마스터 데이터</w:t>
        <w:br/>
        <w:t>- Key Fields:</w:t>
        <w:br/>
        <w:t xml:space="preserve">  - BSEG-HKONT: 계정 번호</w:t>
        <w:br/>
        <w:t xml:space="preserve">  - BKPF-BELNR: 문서 번호</w:t>
        <w:br/>
        <w:t xml:space="preserve">  - ADR6-SMTP_ADDR: 고객 이메일 주소</w:t>
        <w:br/>
      </w:r>
    </w:p>
    <w:p>
      <w:pPr>
        <w:pStyle w:val="Heading3"/>
      </w:pPr>
      <w:r>
        <w:t>7.2 Program/Report Name</w:t>
      </w:r>
    </w:p>
    <w:p>
      <w:r>
        <w:br/>
        <w:t>- 프로그램 이름: ZFI_TAX_INVOICE_GENERATE</w:t>
        <w:br/>
        <w:t>- 개발 유형: Batch Input Processing (BIP)</w:t>
        <w:br/>
      </w:r>
    </w:p>
    <w:p>
      <w:pPr>
        <w:pStyle w:val="Heading2"/>
      </w:pPr>
      <w:r>
        <w:t>8. Attachments</w:t>
      </w:r>
    </w:p>
    <w:p>
      <w:r>
        <w:br/>
        <w:t>- [첨부파일1] 매출 프로세스 다이어그램</w:t>
        <w:br/>
        <w:t>- [첨부파일2] PDF 템플릿 샘플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